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B9C" w:rsidRDefault="006D57F3">
      <w:pPr>
        <w:spacing w:after="160"/>
        <w:jc w:val="center"/>
      </w:pPr>
      <w:r>
        <w:rPr>
          <w:noProof/>
          <w:lang w:bidi="th-TH"/>
        </w:rPr>
        <w:drawing>
          <wp:inline distT="0" distB="0" distL="0" distR="0">
            <wp:extent cx="6445618" cy="2295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8676" cy="23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B9C" w:rsidRDefault="006D57F3">
      <w:pPr>
        <w:spacing w:before="160" w:after="0"/>
      </w:pPr>
      <w:r>
        <w:rPr>
          <w:b/>
          <w:color w:val="E5292A"/>
          <w:sz w:val="44"/>
        </w:rPr>
        <w:t>36</w:t>
      </w:r>
      <w:r w:rsidR="00322F13">
        <w:rPr>
          <w:b/>
          <w:color w:val="E5292A"/>
          <w:sz w:val="44"/>
        </w:rPr>
        <w:t>0</w:t>
      </w:r>
      <w:r>
        <w:rPr>
          <w:b/>
          <w:color w:val="E5292A"/>
          <w:sz w:val="44"/>
        </w:rPr>
        <w:t>°</w:t>
      </w:r>
      <w:r>
        <w:rPr>
          <w:b/>
          <w:sz w:val="30"/>
        </w:rPr>
        <w:t xml:space="preserve">  WATERSPORTS THAILAND</w:t>
      </w:r>
    </w:p>
    <w:p w:rsidR="00EA5B9C" w:rsidRDefault="006D57F3">
      <w:pPr>
        <w:spacing w:before="100" w:after="20"/>
      </w:pPr>
      <w:r>
        <w:rPr>
          <w:b/>
          <w:sz w:val="60"/>
        </w:rPr>
        <w:t>SALES PROCESS</w:t>
      </w:r>
    </w:p>
    <w:p w:rsidR="00EA5B9C" w:rsidRPr="00322F13" w:rsidRDefault="006D57F3">
      <w:pPr>
        <w:spacing w:after="200"/>
        <w:rPr>
          <w:sz w:val="36"/>
          <w:szCs w:val="36"/>
        </w:rPr>
      </w:pPr>
      <w:r w:rsidRPr="00322F13">
        <w:rPr>
          <w:b/>
          <w:color w:val="E5292A"/>
          <w:sz w:val="36"/>
          <w:szCs w:val="36"/>
        </w:rPr>
        <w:t>STORE + TRADE SOP</w:t>
      </w:r>
    </w:p>
    <w:p w:rsidR="00EA5B9C" w:rsidRDefault="006D57F3">
      <w:pPr>
        <w:pBdr>
          <w:left w:val="single" w:sz="20" w:space="8" w:color="E5292A"/>
        </w:pBdr>
        <w:shd w:val="clear" w:color="auto" w:fill="111111"/>
        <w:spacing w:before="120" w:after="120"/>
        <w:ind w:left="173" w:right="173"/>
      </w:pPr>
      <w:r>
        <w:rPr>
          <w:b/>
          <w:color w:val="E5292A"/>
        </w:rPr>
        <w:t xml:space="preserve">PURPOSE  </w:t>
      </w:r>
      <w:r>
        <w:rPr>
          <w:color w:val="FFFFFF"/>
        </w:rPr>
        <w:t>A simple, consistent way to understand the customer, recommend the right solution, complete the sale and follow through.</w:t>
      </w:r>
    </w:p>
    <w:p w:rsidR="00322F13" w:rsidRDefault="00322F13">
      <w:pPr>
        <w:spacing w:before="160"/>
        <w:rPr>
          <w:b/>
          <w:color w:val="E5292A"/>
        </w:rPr>
      </w:pPr>
    </w:p>
    <w:p w:rsidR="00EA5B9C" w:rsidRDefault="006D57F3">
      <w:pPr>
        <w:spacing w:before="160"/>
        <w:rPr>
          <w:b/>
          <w:color w:val="E5292A"/>
        </w:rPr>
      </w:pPr>
      <w:r>
        <w:rPr>
          <w:b/>
          <w:color w:val="E5292A"/>
        </w:rPr>
        <w:t>THE SHARED STANDARD</w:t>
      </w:r>
    </w:p>
    <w:p w:rsidR="00322F13" w:rsidRDefault="00322F13">
      <w:pPr>
        <w:spacing w:before="160"/>
      </w:pPr>
    </w:p>
    <w:p w:rsidR="00EA5B9C" w:rsidRPr="00322F13" w:rsidRDefault="006D57F3" w:rsidP="00322F13">
      <w:pPr>
        <w:spacing w:after="20" w:line="480" w:lineRule="auto"/>
        <w:ind w:left="144"/>
        <w:rPr>
          <w:sz w:val="28"/>
          <w:szCs w:val="28"/>
        </w:rPr>
      </w:pPr>
      <w:r w:rsidRPr="00322F13">
        <w:rPr>
          <w:b/>
          <w:color w:val="E5292A"/>
          <w:sz w:val="28"/>
          <w:szCs w:val="28"/>
        </w:rPr>
        <w:t xml:space="preserve">1  </w:t>
      </w:r>
      <w:r w:rsidR="00322F13">
        <w:rPr>
          <w:b/>
          <w:sz w:val="28"/>
          <w:szCs w:val="28"/>
        </w:rPr>
        <w:t>MAKE CONTACT:</w:t>
      </w:r>
      <w:r w:rsidRPr="00322F13">
        <w:rPr>
          <w:b/>
          <w:sz w:val="28"/>
          <w:szCs w:val="28"/>
        </w:rPr>
        <w:t xml:space="preserve"> </w:t>
      </w:r>
      <w:r w:rsidRPr="00322F13">
        <w:rPr>
          <w:sz w:val="28"/>
          <w:szCs w:val="28"/>
        </w:rPr>
        <w:t xml:space="preserve">Open naturally and make </w:t>
      </w:r>
      <w:r w:rsidRPr="00322F13">
        <w:rPr>
          <w:sz w:val="28"/>
          <w:szCs w:val="28"/>
        </w:rPr>
        <w:t>the customer comfortable.</w:t>
      </w:r>
    </w:p>
    <w:p w:rsidR="00EA5B9C" w:rsidRPr="00322F13" w:rsidRDefault="006D57F3" w:rsidP="00322F13">
      <w:pPr>
        <w:spacing w:after="20" w:line="480" w:lineRule="auto"/>
        <w:ind w:left="144"/>
        <w:rPr>
          <w:sz w:val="28"/>
          <w:szCs w:val="28"/>
        </w:rPr>
      </w:pPr>
      <w:r w:rsidRPr="00322F13">
        <w:rPr>
          <w:b/>
          <w:color w:val="E5292A"/>
          <w:sz w:val="28"/>
          <w:szCs w:val="28"/>
        </w:rPr>
        <w:t xml:space="preserve">2  </w:t>
      </w:r>
      <w:r w:rsidR="00322F13">
        <w:rPr>
          <w:b/>
          <w:sz w:val="28"/>
          <w:szCs w:val="28"/>
        </w:rPr>
        <w:t>UNDERSTAND:</w:t>
      </w:r>
      <w:r w:rsidRPr="00322F13">
        <w:rPr>
          <w:b/>
          <w:sz w:val="28"/>
          <w:szCs w:val="28"/>
        </w:rPr>
        <w:t xml:space="preserve"> </w:t>
      </w:r>
      <w:r w:rsidRPr="00322F13">
        <w:rPr>
          <w:sz w:val="28"/>
          <w:szCs w:val="28"/>
        </w:rPr>
        <w:t>Ask, listen and identify what matters most.</w:t>
      </w:r>
    </w:p>
    <w:p w:rsidR="00EA5B9C" w:rsidRPr="00322F13" w:rsidRDefault="006D57F3" w:rsidP="00322F13">
      <w:pPr>
        <w:spacing w:after="20" w:line="480" w:lineRule="auto"/>
        <w:ind w:left="144"/>
        <w:rPr>
          <w:sz w:val="28"/>
          <w:szCs w:val="28"/>
        </w:rPr>
      </w:pPr>
      <w:r w:rsidRPr="00322F13">
        <w:rPr>
          <w:b/>
          <w:color w:val="E5292A"/>
          <w:sz w:val="28"/>
          <w:szCs w:val="28"/>
        </w:rPr>
        <w:t xml:space="preserve">3  </w:t>
      </w:r>
      <w:r w:rsidR="00322F13">
        <w:rPr>
          <w:b/>
          <w:sz w:val="28"/>
          <w:szCs w:val="28"/>
        </w:rPr>
        <w:t>MATCH:</w:t>
      </w:r>
      <w:r w:rsidRPr="00322F13">
        <w:rPr>
          <w:b/>
          <w:sz w:val="28"/>
          <w:szCs w:val="28"/>
        </w:rPr>
        <w:t xml:space="preserve"> </w:t>
      </w:r>
      <w:r w:rsidRPr="00322F13">
        <w:rPr>
          <w:sz w:val="28"/>
          <w:szCs w:val="28"/>
        </w:rPr>
        <w:t>Recommend the most suitable products or range.</w:t>
      </w:r>
    </w:p>
    <w:p w:rsidR="00EA5B9C" w:rsidRPr="00322F13" w:rsidRDefault="006D57F3" w:rsidP="00322F13">
      <w:pPr>
        <w:spacing w:after="20" w:line="480" w:lineRule="auto"/>
        <w:ind w:left="144"/>
        <w:rPr>
          <w:sz w:val="28"/>
          <w:szCs w:val="28"/>
        </w:rPr>
      </w:pPr>
      <w:r w:rsidRPr="00322F13">
        <w:rPr>
          <w:b/>
          <w:color w:val="E5292A"/>
          <w:sz w:val="28"/>
          <w:szCs w:val="28"/>
        </w:rPr>
        <w:t xml:space="preserve">4  </w:t>
      </w:r>
      <w:r w:rsidR="00322F13">
        <w:rPr>
          <w:b/>
          <w:sz w:val="28"/>
          <w:szCs w:val="28"/>
        </w:rPr>
        <w:t xml:space="preserve">CONFIRM: </w:t>
      </w:r>
      <w:r w:rsidRPr="00322F13">
        <w:rPr>
          <w:sz w:val="28"/>
          <w:szCs w:val="28"/>
        </w:rPr>
        <w:t>Check fit, details and customer agreement.</w:t>
      </w:r>
    </w:p>
    <w:p w:rsidR="00EA5B9C" w:rsidRPr="00322F13" w:rsidRDefault="006D57F3" w:rsidP="00322F13">
      <w:pPr>
        <w:spacing w:after="20" w:line="480" w:lineRule="auto"/>
        <w:ind w:left="144"/>
        <w:rPr>
          <w:sz w:val="28"/>
          <w:szCs w:val="28"/>
        </w:rPr>
      </w:pPr>
      <w:r w:rsidRPr="00322F13">
        <w:rPr>
          <w:b/>
          <w:color w:val="E5292A"/>
          <w:sz w:val="28"/>
          <w:szCs w:val="28"/>
        </w:rPr>
        <w:t xml:space="preserve">5  </w:t>
      </w:r>
      <w:r w:rsidR="00322F13">
        <w:rPr>
          <w:b/>
          <w:sz w:val="28"/>
          <w:szCs w:val="28"/>
        </w:rPr>
        <w:t>COMPLETE:</w:t>
      </w:r>
      <w:r w:rsidRPr="00322F13">
        <w:rPr>
          <w:b/>
          <w:sz w:val="28"/>
          <w:szCs w:val="28"/>
        </w:rPr>
        <w:t xml:space="preserve"> </w:t>
      </w:r>
      <w:r w:rsidRPr="00322F13">
        <w:rPr>
          <w:sz w:val="28"/>
          <w:szCs w:val="28"/>
        </w:rPr>
        <w:t>Finish the sale or place the agreed or</w:t>
      </w:r>
      <w:r w:rsidRPr="00322F13">
        <w:rPr>
          <w:sz w:val="28"/>
          <w:szCs w:val="28"/>
        </w:rPr>
        <w:t>der.</w:t>
      </w:r>
    </w:p>
    <w:p w:rsidR="00EA5B9C" w:rsidRPr="00322F13" w:rsidRDefault="006D57F3" w:rsidP="00322F13">
      <w:pPr>
        <w:spacing w:after="20" w:line="480" w:lineRule="auto"/>
        <w:ind w:left="144"/>
        <w:rPr>
          <w:sz w:val="28"/>
          <w:szCs w:val="28"/>
        </w:rPr>
      </w:pPr>
      <w:r w:rsidRPr="00322F13">
        <w:rPr>
          <w:b/>
          <w:color w:val="E5292A"/>
          <w:sz w:val="28"/>
          <w:szCs w:val="28"/>
        </w:rPr>
        <w:t xml:space="preserve">6  </w:t>
      </w:r>
      <w:r w:rsidR="00322F13">
        <w:rPr>
          <w:b/>
          <w:sz w:val="28"/>
          <w:szCs w:val="28"/>
        </w:rPr>
        <w:t>FOLLOW THROUGH:</w:t>
      </w:r>
      <w:r w:rsidRPr="00322F13">
        <w:rPr>
          <w:b/>
          <w:sz w:val="28"/>
          <w:szCs w:val="28"/>
        </w:rPr>
        <w:t xml:space="preserve"> </w:t>
      </w:r>
      <w:r w:rsidRPr="00322F13">
        <w:rPr>
          <w:sz w:val="28"/>
          <w:szCs w:val="28"/>
        </w:rPr>
        <w:t>Keep promises and support the next purchase.</w:t>
      </w:r>
    </w:p>
    <w:p w:rsidR="00EA5B9C" w:rsidRDefault="006D57F3">
      <w:r>
        <w:br w:type="page"/>
      </w:r>
    </w:p>
    <w:p w:rsidR="00EA5B9C" w:rsidRDefault="006D57F3">
      <w:pPr>
        <w:spacing w:after="40"/>
      </w:pPr>
      <w:r>
        <w:rPr>
          <w:b/>
          <w:color w:val="E5292A"/>
          <w:sz w:val="18"/>
        </w:rPr>
        <w:lastRenderedPageBreak/>
        <w:t>IN-STORE PROCESS</w:t>
      </w:r>
    </w:p>
    <w:p w:rsidR="00EA5B9C" w:rsidRDefault="006D57F3">
      <w:pPr>
        <w:pStyle w:val="Title"/>
        <w:pBdr>
          <w:bottom w:val="single" w:sz="10" w:space="2" w:color="E5292A"/>
        </w:pBdr>
        <w:spacing w:after="80"/>
      </w:pPr>
      <w:r>
        <w:t>Store Sales</w:t>
      </w:r>
    </w:p>
    <w:p w:rsidR="00EA5B9C" w:rsidRDefault="006D57F3">
      <w:pPr>
        <w:spacing w:after="140" w:line="269" w:lineRule="auto"/>
      </w:pPr>
      <w:r>
        <w:rPr>
          <w:color w:val="555555"/>
        </w:rPr>
        <w:t>Keep the conversation natural. The steps are a guide, not a script to rush through.</w:t>
      </w:r>
    </w:p>
    <w:p w:rsidR="00EA5B9C" w:rsidRPr="00322F13" w:rsidRDefault="006D57F3">
      <w:pPr>
        <w:keepNext/>
        <w:spacing w:before="100" w:after="40"/>
        <w:rPr>
          <w:sz w:val="24"/>
          <w:szCs w:val="24"/>
        </w:rPr>
      </w:pPr>
      <w:r w:rsidRPr="00322F13">
        <w:rPr>
          <w:b/>
          <w:color w:val="E5292A"/>
          <w:sz w:val="24"/>
          <w:szCs w:val="24"/>
        </w:rPr>
        <w:t xml:space="preserve">1  </w:t>
      </w:r>
      <w:bookmarkStart w:id="0" w:name="_GoBack"/>
      <w:bookmarkEnd w:id="0"/>
      <w:r w:rsidRPr="00322F13">
        <w:rPr>
          <w:b/>
          <w:color w:val="E5292A"/>
          <w:sz w:val="24"/>
          <w:szCs w:val="24"/>
        </w:rPr>
        <w:t>MAKE CONTACT</w:t>
      </w:r>
    </w:p>
    <w:p w:rsidR="00EA5B9C" w:rsidRPr="00322F13" w:rsidRDefault="006D57F3">
      <w:pPr>
        <w:keepLines/>
        <w:ind w:left="360"/>
        <w:rPr>
          <w:sz w:val="24"/>
          <w:szCs w:val="24"/>
        </w:rPr>
      </w:pPr>
      <w:r w:rsidRPr="00322F13">
        <w:rPr>
          <w:sz w:val="24"/>
          <w:szCs w:val="24"/>
        </w:rPr>
        <w:t>Welcome the customer promptly, introduce yourself and</w:t>
      </w:r>
      <w:r w:rsidRPr="00322F13">
        <w:rPr>
          <w:sz w:val="24"/>
          <w:szCs w:val="24"/>
        </w:rPr>
        <w:t xml:space="preserve"> make the first conversation easy.</w:t>
      </w:r>
    </w:p>
    <w:p w:rsidR="00EA5B9C" w:rsidRPr="00322F13" w:rsidRDefault="006D57F3">
      <w:pPr>
        <w:pStyle w:val="ListBullet"/>
        <w:spacing w:after="40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 xml:space="preserve">Use: “Hi, welcome to </w:t>
      </w:r>
      <w:r w:rsidRPr="00322F13">
        <w:rPr>
          <w:sz w:val="24"/>
          <w:szCs w:val="24"/>
        </w:rPr>
        <w:t>36</w:t>
      </w:r>
      <w:r w:rsidRPr="00322F13">
        <w:rPr>
          <w:sz w:val="24"/>
          <w:szCs w:val="24"/>
        </w:rPr>
        <w:t xml:space="preserve"> Watersports. My name is ____. What brings you in today?”</w:t>
      </w:r>
    </w:p>
    <w:p w:rsidR="00EA5B9C" w:rsidRPr="00322F13" w:rsidRDefault="006D57F3">
      <w:pPr>
        <w:pStyle w:val="ListBullet"/>
        <w:spacing w:after="40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Ask the customer’s name and use it naturally.</w:t>
      </w:r>
    </w:p>
    <w:p w:rsidR="00EA5B9C" w:rsidRPr="00322F13" w:rsidRDefault="006D57F3">
      <w:pPr>
        <w:pBdr>
          <w:left w:val="single" w:sz="20" w:space="8" w:color="E5292A"/>
        </w:pBdr>
        <w:shd w:val="clear" w:color="auto" w:fill="F2F2F2"/>
        <w:spacing w:before="120" w:after="120"/>
        <w:ind w:left="173" w:right="173"/>
        <w:rPr>
          <w:i/>
          <w:iCs/>
          <w:sz w:val="24"/>
          <w:szCs w:val="24"/>
        </w:rPr>
      </w:pPr>
      <w:r w:rsidRPr="00322F13">
        <w:rPr>
          <w:b/>
          <w:i/>
          <w:iCs/>
          <w:color w:val="E5292A"/>
          <w:sz w:val="24"/>
          <w:szCs w:val="24"/>
        </w:rPr>
        <w:t>IF THEY ARE JUST LOOKING</w:t>
      </w:r>
      <w:r w:rsidR="00322F13" w:rsidRPr="00322F13">
        <w:rPr>
          <w:b/>
          <w:i/>
          <w:iCs/>
          <w:color w:val="E5292A"/>
          <w:sz w:val="24"/>
          <w:szCs w:val="24"/>
        </w:rPr>
        <w:t>:</w:t>
      </w:r>
      <w:r w:rsidRPr="00322F13">
        <w:rPr>
          <w:b/>
          <w:i/>
          <w:iCs/>
          <w:color w:val="E5292A"/>
          <w:sz w:val="24"/>
          <w:szCs w:val="24"/>
        </w:rPr>
        <w:t xml:space="preserve">  </w:t>
      </w:r>
      <w:r w:rsidRPr="00322F13">
        <w:rPr>
          <w:i/>
          <w:iCs/>
          <w:sz w:val="24"/>
          <w:szCs w:val="24"/>
        </w:rPr>
        <w:t>Acknowledge them, point out the relevant store areas, offer water w</w:t>
      </w:r>
      <w:r w:rsidRPr="00322F13">
        <w:rPr>
          <w:i/>
          <w:iCs/>
          <w:sz w:val="24"/>
          <w:szCs w:val="24"/>
        </w:rPr>
        <w:t>here available, give them space and make it easy to restart the conversation.</w:t>
      </w:r>
    </w:p>
    <w:p w:rsidR="00EA5B9C" w:rsidRPr="00322F13" w:rsidRDefault="006D57F3">
      <w:pPr>
        <w:keepNext/>
        <w:spacing w:before="100" w:after="40"/>
        <w:rPr>
          <w:sz w:val="24"/>
          <w:szCs w:val="24"/>
        </w:rPr>
      </w:pPr>
      <w:r w:rsidRPr="00322F13">
        <w:rPr>
          <w:b/>
          <w:color w:val="E5292A"/>
          <w:sz w:val="24"/>
          <w:szCs w:val="24"/>
        </w:rPr>
        <w:t>2  UNDERSTAND</w:t>
      </w:r>
    </w:p>
    <w:p w:rsidR="00EA5B9C" w:rsidRPr="00322F13" w:rsidRDefault="006D57F3">
      <w:pPr>
        <w:keepLines/>
        <w:ind w:left="360"/>
        <w:rPr>
          <w:sz w:val="24"/>
          <w:szCs w:val="24"/>
        </w:rPr>
      </w:pPr>
      <w:r w:rsidRPr="00322F13">
        <w:rPr>
          <w:sz w:val="24"/>
          <w:szCs w:val="24"/>
        </w:rPr>
        <w:t>Use open questions to learn what they need, how they will use it and why it matters.</w:t>
      </w:r>
    </w:p>
    <w:p w:rsidR="00EA5B9C" w:rsidRPr="00322F13" w:rsidRDefault="006D57F3">
      <w:pPr>
        <w:pStyle w:val="ListBullet"/>
        <w:spacing w:after="40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 xml:space="preserve">Identify the two or three priorities that matter most: performance, </w:t>
      </w:r>
      <w:r w:rsidRPr="00322F13">
        <w:rPr>
          <w:sz w:val="24"/>
          <w:szCs w:val="24"/>
        </w:rPr>
        <w:t>reliability, image, comfort, environment or style.</w:t>
      </w:r>
    </w:p>
    <w:p w:rsidR="00EA5B9C" w:rsidRPr="00322F13" w:rsidRDefault="006D57F3">
      <w:pPr>
        <w:pStyle w:val="ListBullet"/>
        <w:spacing w:after="40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Ask why each priority matters. Listen for the customer’s own words.</w:t>
      </w:r>
    </w:p>
    <w:p w:rsidR="00EA5B9C" w:rsidRPr="00322F13" w:rsidRDefault="006D57F3">
      <w:pPr>
        <w:keepNext/>
        <w:spacing w:before="100" w:after="40"/>
        <w:rPr>
          <w:sz w:val="24"/>
          <w:szCs w:val="24"/>
        </w:rPr>
      </w:pPr>
      <w:r w:rsidRPr="00322F13">
        <w:rPr>
          <w:b/>
          <w:color w:val="E5292A"/>
          <w:sz w:val="24"/>
          <w:szCs w:val="24"/>
        </w:rPr>
        <w:t>3  MATCH</w:t>
      </w:r>
    </w:p>
    <w:p w:rsidR="00EA5B9C" w:rsidRPr="00322F13" w:rsidRDefault="006D57F3">
      <w:pPr>
        <w:keepLines/>
        <w:ind w:left="360"/>
        <w:rPr>
          <w:sz w:val="24"/>
          <w:szCs w:val="24"/>
        </w:rPr>
      </w:pPr>
      <w:r w:rsidRPr="00322F13">
        <w:rPr>
          <w:sz w:val="24"/>
          <w:szCs w:val="24"/>
        </w:rPr>
        <w:t>Introduce two or three suitable products. Explain the differences clearly and keep the recommendation relevant.</w:t>
      </w:r>
    </w:p>
    <w:p w:rsidR="00EA5B9C" w:rsidRPr="00322F13" w:rsidRDefault="006D57F3">
      <w:pPr>
        <w:pStyle w:val="ListBullet"/>
        <w:spacing w:after="40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Use FAB: Featur</w:t>
      </w:r>
      <w:r w:rsidRPr="00322F13">
        <w:rPr>
          <w:sz w:val="24"/>
          <w:szCs w:val="24"/>
        </w:rPr>
        <w:t>e—what it has; Advantage—what it does; Benefit—why that matters to this customer.</w:t>
      </w:r>
    </w:p>
    <w:p w:rsidR="00EA5B9C" w:rsidRPr="00322F13" w:rsidRDefault="006D57F3">
      <w:pPr>
        <w:pStyle w:val="ListBullet"/>
        <w:spacing w:after="40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Connect each benefit to the needs the customer has already shared.</w:t>
      </w:r>
    </w:p>
    <w:p w:rsidR="00EA5B9C" w:rsidRPr="00322F13" w:rsidRDefault="006D57F3">
      <w:pPr>
        <w:keepNext/>
        <w:spacing w:before="100" w:after="40"/>
        <w:rPr>
          <w:sz w:val="24"/>
          <w:szCs w:val="24"/>
        </w:rPr>
      </w:pPr>
      <w:r w:rsidRPr="00322F13">
        <w:rPr>
          <w:b/>
          <w:color w:val="E5292A"/>
          <w:sz w:val="24"/>
          <w:szCs w:val="24"/>
        </w:rPr>
        <w:t>4  CONFIRM</w:t>
      </w:r>
    </w:p>
    <w:p w:rsidR="00EA5B9C" w:rsidRPr="00322F13" w:rsidRDefault="006D57F3">
      <w:pPr>
        <w:keepLines/>
        <w:ind w:left="360"/>
        <w:rPr>
          <w:sz w:val="24"/>
          <w:szCs w:val="24"/>
        </w:rPr>
      </w:pPr>
      <w:r w:rsidRPr="00322F13">
        <w:rPr>
          <w:sz w:val="24"/>
          <w:szCs w:val="24"/>
        </w:rPr>
        <w:t>Invite the customer to try, handle or compare the products where practical. Ask for feedback an</w:t>
      </w:r>
      <w:r w:rsidRPr="00322F13">
        <w:rPr>
          <w:sz w:val="24"/>
          <w:szCs w:val="24"/>
        </w:rPr>
        <w:t>d check that the recommendation feels right.</w:t>
      </w:r>
    </w:p>
    <w:p w:rsidR="00EA5B9C" w:rsidRPr="00322F13" w:rsidRDefault="006D57F3">
      <w:pPr>
        <w:pStyle w:val="ListBullet"/>
        <w:spacing w:after="40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Confirm fit, size, colour, configuration and availability before moving ahead.</w:t>
      </w:r>
    </w:p>
    <w:p w:rsidR="00EA5B9C" w:rsidRPr="00322F13" w:rsidRDefault="006D57F3">
      <w:pPr>
        <w:keepNext/>
        <w:spacing w:before="100" w:after="40"/>
        <w:rPr>
          <w:sz w:val="24"/>
          <w:szCs w:val="24"/>
        </w:rPr>
      </w:pPr>
      <w:r w:rsidRPr="00322F13">
        <w:rPr>
          <w:b/>
          <w:color w:val="E5292A"/>
          <w:sz w:val="24"/>
          <w:szCs w:val="24"/>
        </w:rPr>
        <w:t>5  COMPLETE</w:t>
      </w:r>
    </w:p>
    <w:p w:rsidR="00EA5B9C" w:rsidRPr="00322F13" w:rsidRDefault="006D57F3">
      <w:pPr>
        <w:keepLines/>
        <w:ind w:left="360"/>
        <w:rPr>
          <w:sz w:val="24"/>
          <w:szCs w:val="24"/>
        </w:rPr>
      </w:pPr>
      <w:r w:rsidRPr="00322F13">
        <w:rPr>
          <w:sz w:val="24"/>
          <w:szCs w:val="24"/>
        </w:rPr>
        <w:t>Ask clearly: “Would you like to go ahead with this option?”</w:t>
      </w:r>
    </w:p>
    <w:p w:rsidR="00EA5B9C" w:rsidRPr="00322F13" w:rsidRDefault="006D57F3">
      <w:pPr>
        <w:pStyle w:val="ListBullet"/>
        <w:spacing w:after="40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Add one relevant companion product only when it improves th</w:t>
      </w:r>
      <w:r w:rsidRPr="00322F13">
        <w:rPr>
          <w:sz w:val="24"/>
          <w:szCs w:val="24"/>
        </w:rPr>
        <w:t>e solution. Explain it with FABs.</w:t>
      </w:r>
    </w:p>
    <w:p w:rsidR="00EA5B9C" w:rsidRPr="00322F13" w:rsidRDefault="006D57F3">
      <w:pPr>
        <w:pStyle w:val="ListBullet"/>
        <w:spacing w:after="40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Complete payment and confirm what the customer is receiving and what happens next.</w:t>
      </w:r>
    </w:p>
    <w:p w:rsidR="00EA5B9C" w:rsidRPr="00322F13" w:rsidRDefault="006D57F3">
      <w:pPr>
        <w:keepNext/>
        <w:spacing w:before="100" w:after="40"/>
        <w:rPr>
          <w:sz w:val="24"/>
          <w:szCs w:val="24"/>
        </w:rPr>
      </w:pPr>
      <w:r w:rsidRPr="00322F13">
        <w:rPr>
          <w:b/>
          <w:color w:val="E5292A"/>
          <w:sz w:val="24"/>
          <w:szCs w:val="24"/>
        </w:rPr>
        <w:t>6  FOLLOW THROUGH</w:t>
      </w:r>
    </w:p>
    <w:p w:rsidR="00EA5B9C" w:rsidRPr="00322F13" w:rsidRDefault="006D57F3">
      <w:pPr>
        <w:keepLines/>
        <w:ind w:left="360"/>
        <w:rPr>
          <w:sz w:val="24"/>
          <w:szCs w:val="24"/>
        </w:rPr>
      </w:pPr>
      <w:r w:rsidRPr="00322F13">
        <w:rPr>
          <w:sz w:val="24"/>
          <w:szCs w:val="24"/>
        </w:rPr>
        <w:t>K</w:t>
      </w:r>
      <w:r w:rsidRPr="00322F13">
        <w:rPr>
          <w:sz w:val="24"/>
          <w:szCs w:val="24"/>
        </w:rPr>
        <w:t>eep any promise made. Support questions, collection, delivery or product issues. Make sure the customer knows how to co</w:t>
      </w:r>
      <w:r w:rsidRPr="00322F13">
        <w:rPr>
          <w:sz w:val="24"/>
          <w:szCs w:val="24"/>
        </w:rPr>
        <w:t>ntact us for support or their next purchase.</w:t>
      </w:r>
    </w:p>
    <w:p w:rsidR="00EA5B9C" w:rsidRDefault="006D57F3" w:rsidP="00322F13">
      <w:r>
        <w:br w:type="page"/>
      </w:r>
      <w:r>
        <w:rPr>
          <w:b/>
          <w:color w:val="E5292A"/>
          <w:sz w:val="18"/>
        </w:rPr>
        <w:lastRenderedPageBreak/>
        <w:t>B2B / TRADE PROCESS</w:t>
      </w:r>
    </w:p>
    <w:p w:rsidR="00EA5B9C" w:rsidRDefault="006D57F3">
      <w:pPr>
        <w:pStyle w:val="Title"/>
        <w:pBdr>
          <w:bottom w:val="single" w:sz="10" w:space="2" w:color="E5292A"/>
        </w:pBdr>
        <w:spacing w:after="80"/>
      </w:pPr>
      <w:r>
        <w:t>Trade Sales</w:t>
      </w:r>
    </w:p>
    <w:p w:rsidR="00EA5B9C" w:rsidRDefault="006D57F3">
      <w:pPr>
        <w:spacing w:after="140" w:line="269" w:lineRule="auto"/>
      </w:pPr>
      <w:r>
        <w:rPr>
          <w:color w:val="555555"/>
        </w:rPr>
        <w:t>The trade process follows the same standard, with added preparation and clear order confirmation.</w:t>
      </w:r>
    </w:p>
    <w:p w:rsidR="00EA5B9C" w:rsidRPr="00322F13" w:rsidRDefault="006D57F3" w:rsidP="00322F13">
      <w:pPr>
        <w:keepNext/>
        <w:spacing w:before="100" w:after="40" w:line="360" w:lineRule="auto"/>
        <w:rPr>
          <w:sz w:val="24"/>
          <w:szCs w:val="24"/>
        </w:rPr>
      </w:pPr>
      <w:r w:rsidRPr="00322F13">
        <w:rPr>
          <w:b/>
          <w:color w:val="E5292A"/>
          <w:sz w:val="24"/>
          <w:szCs w:val="24"/>
        </w:rPr>
        <w:t>1  PREPARE + MAKE CONTACT</w:t>
      </w:r>
    </w:p>
    <w:p w:rsidR="00EA5B9C" w:rsidRPr="00322F13" w:rsidRDefault="006D57F3" w:rsidP="00322F13">
      <w:pPr>
        <w:keepLines/>
        <w:spacing w:line="360" w:lineRule="auto"/>
        <w:ind w:left="360"/>
        <w:rPr>
          <w:sz w:val="24"/>
          <w:szCs w:val="24"/>
        </w:rPr>
      </w:pPr>
      <w:r w:rsidRPr="00322F13">
        <w:rPr>
          <w:sz w:val="24"/>
          <w:szCs w:val="24"/>
        </w:rPr>
        <w:t>Review the account before the conversation: previous</w:t>
      </w:r>
      <w:r w:rsidRPr="00322F13">
        <w:rPr>
          <w:sz w:val="24"/>
          <w:szCs w:val="24"/>
        </w:rPr>
        <w:t xml:space="preserve"> orders, open orders and any outstanding issue. Set a clear purpose for the contact.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Open by asking how the business is going and what help is needed.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Listen first. Do not begin with a product list.</w:t>
      </w:r>
    </w:p>
    <w:p w:rsidR="00EA5B9C" w:rsidRPr="00322F13" w:rsidRDefault="006D57F3" w:rsidP="00322F13">
      <w:pPr>
        <w:keepNext/>
        <w:spacing w:before="100" w:after="40" w:line="360" w:lineRule="auto"/>
        <w:rPr>
          <w:sz w:val="24"/>
          <w:szCs w:val="24"/>
        </w:rPr>
      </w:pPr>
      <w:r w:rsidRPr="00322F13">
        <w:rPr>
          <w:b/>
          <w:color w:val="E5292A"/>
          <w:sz w:val="24"/>
          <w:szCs w:val="24"/>
        </w:rPr>
        <w:t>2  UNDERSTAND</w:t>
      </w:r>
    </w:p>
    <w:p w:rsidR="00EA5B9C" w:rsidRPr="00322F13" w:rsidRDefault="006D57F3" w:rsidP="00322F13">
      <w:pPr>
        <w:keepLines/>
        <w:spacing w:line="360" w:lineRule="auto"/>
        <w:ind w:left="360"/>
        <w:rPr>
          <w:sz w:val="24"/>
          <w:szCs w:val="24"/>
        </w:rPr>
      </w:pPr>
      <w:r w:rsidRPr="00322F13">
        <w:rPr>
          <w:sz w:val="24"/>
          <w:szCs w:val="24"/>
        </w:rPr>
        <w:t>Build a practical picture of the opportuni</w:t>
      </w:r>
      <w:r w:rsidRPr="00322F13">
        <w:rPr>
          <w:sz w:val="24"/>
          <w:szCs w:val="24"/>
        </w:rPr>
        <w:t>ty before recommending anything.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Ask about their customers, current range, priorities and any gap they need to fill.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Establish likely products or options, quantity, timing, who confirms the order and what information they need.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Clarify the outcome they wan</w:t>
      </w:r>
      <w:r w:rsidRPr="00322F13">
        <w:rPr>
          <w:sz w:val="24"/>
          <w:szCs w:val="24"/>
        </w:rPr>
        <w:t>t: stock replenishment, a new range, a specific project or customer request.</w:t>
      </w:r>
    </w:p>
    <w:p w:rsidR="00EA5B9C" w:rsidRPr="00322F13" w:rsidRDefault="006D57F3" w:rsidP="00322F13">
      <w:pPr>
        <w:keepNext/>
        <w:spacing w:before="100" w:after="40" w:line="360" w:lineRule="auto"/>
        <w:rPr>
          <w:sz w:val="24"/>
          <w:szCs w:val="24"/>
        </w:rPr>
      </w:pPr>
      <w:r w:rsidRPr="00322F13">
        <w:rPr>
          <w:b/>
          <w:color w:val="E5292A"/>
          <w:sz w:val="24"/>
          <w:szCs w:val="24"/>
        </w:rPr>
        <w:t>3  MATCH</w:t>
      </w:r>
    </w:p>
    <w:p w:rsidR="00EA5B9C" w:rsidRPr="00322F13" w:rsidRDefault="006D57F3" w:rsidP="00322F13">
      <w:pPr>
        <w:keepLines/>
        <w:spacing w:line="360" w:lineRule="auto"/>
        <w:ind w:left="360"/>
        <w:rPr>
          <w:sz w:val="24"/>
          <w:szCs w:val="24"/>
        </w:rPr>
      </w:pPr>
      <w:r w:rsidRPr="00322F13">
        <w:rPr>
          <w:sz w:val="24"/>
          <w:szCs w:val="24"/>
        </w:rPr>
        <w:t>Recommend a small, suitable range based on the information gathered.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Use FABs that matter to the trade customer and their end customer.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Be clear about product choices, o</w:t>
      </w:r>
      <w:r w:rsidRPr="00322F13">
        <w:rPr>
          <w:sz w:val="24"/>
          <w:szCs w:val="24"/>
        </w:rPr>
        <w:t>ptions, quantities, price, availability and timing.</w:t>
      </w:r>
    </w:p>
    <w:p w:rsidR="00EA5B9C" w:rsidRPr="00322F13" w:rsidRDefault="006D57F3" w:rsidP="00322F13">
      <w:pPr>
        <w:keepNext/>
        <w:spacing w:before="100" w:after="40" w:line="360" w:lineRule="auto"/>
        <w:rPr>
          <w:sz w:val="24"/>
          <w:szCs w:val="24"/>
        </w:rPr>
      </w:pPr>
      <w:r w:rsidRPr="00322F13">
        <w:rPr>
          <w:b/>
          <w:color w:val="E5292A"/>
          <w:sz w:val="24"/>
          <w:szCs w:val="24"/>
        </w:rPr>
        <w:t>4  CONFIRM</w:t>
      </w:r>
    </w:p>
    <w:p w:rsidR="00EA5B9C" w:rsidRPr="00322F13" w:rsidRDefault="006D57F3" w:rsidP="00322F13">
      <w:pPr>
        <w:keepLines/>
        <w:spacing w:line="360" w:lineRule="auto"/>
        <w:ind w:left="360"/>
        <w:rPr>
          <w:sz w:val="24"/>
          <w:szCs w:val="24"/>
        </w:rPr>
      </w:pPr>
      <w:r w:rsidRPr="00322F13">
        <w:rPr>
          <w:sz w:val="24"/>
          <w:szCs w:val="24"/>
        </w:rPr>
        <w:t>Ask for feedback, adjust where necessary and recap the complete proposal before the order is placed.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Confirm products, options, quantities, agreed prices, availability and expected timing.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Con</w:t>
      </w:r>
      <w:r w:rsidRPr="00322F13">
        <w:rPr>
          <w:sz w:val="24"/>
          <w:szCs w:val="24"/>
        </w:rPr>
        <w:t>firm the decision-maker and any purchase order or order reference required.</w:t>
      </w:r>
    </w:p>
    <w:p w:rsidR="00322F13" w:rsidRDefault="00322F13" w:rsidP="00322F13">
      <w:pPr>
        <w:pStyle w:val="ListBullet"/>
        <w:numPr>
          <w:ilvl w:val="0"/>
          <w:numId w:val="0"/>
        </w:numPr>
        <w:spacing w:after="40"/>
      </w:pPr>
    </w:p>
    <w:p w:rsidR="00322F13" w:rsidRDefault="00322F13" w:rsidP="00322F13">
      <w:pPr>
        <w:pStyle w:val="ListBullet"/>
        <w:numPr>
          <w:ilvl w:val="0"/>
          <w:numId w:val="0"/>
        </w:numPr>
        <w:spacing w:after="40"/>
      </w:pPr>
    </w:p>
    <w:p w:rsidR="00EA5B9C" w:rsidRPr="00322F13" w:rsidRDefault="006D57F3">
      <w:pPr>
        <w:pBdr>
          <w:left w:val="single" w:sz="20" w:space="8" w:color="E5292A"/>
        </w:pBdr>
        <w:shd w:val="clear" w:color="auto" w:fill="111111"/>
        <w:spacing w:before="120" w:after="120"/>
        <w:ind w:left="173" w:right="173"/>
        <w:rPr>
          <w:sz w:val="28"/>
          <w:szCs w:val="28"/>
        </w:rPr>
      </w:pPr>
      <w:r w:rsidRPr="00322F13">
        <w:rPr>
          <w:b/>
          <w:color w:val="E5292A"/>
          <w:sz w:val="28"/>
          <w:szCs w:val="28"/>
        </w:rPr>
        <w:t xml:space="preserve">TRADE STANDARD  </w:t>
      </w:r>
      <w:r w:rsidRPr="00322F13">
        <w:rPr>
          <w:color w:val="FFFFFF"/>
          <w:sz w:val="28"/>
          <w:szCs w:val="28"/>
        </w:rPr>
        <w:t>Make it easy for the customer to say yes because the recommendation is relevant, the details are clear and the next action is understood.</w:t>
      </w:r>
    </w:p>
    <w:p w:rsidR="00EA5B9C" w:rsidRDefault="00EA5B9C">
      <w:pPr>
        <w:spacing w:before="200" w:after="0"/>
        <w:jc w:val="center"/>
      </w:pPr>
    </w:p>
    <w:p w:rsidR="00EA5B9C" w:rsidRDefault="006D57F3">
      <w:r>
        <w:br w:type="page"/>
      </w:r>
    </w:p>
    <w:p w:rsidR="00EA5B9C" w:rsidRDefault="006D57F3">
      <w:pPr>
        <w:spacing w:after="40"/>
      </w:pPr>
      <w:r>
        <w:rPr>
          <w:b/>
          <w:color w:val="E5292A"/>
          <w:sz w:val="18"/>
        </w:rPr>
        <w:lastRenderedPageBreak/>
        <w:t>BOTH CHANNELS</w:t>
      </w:r>
    </w:p>
    <w:p w:rsidR="00EA5B9C" w:rsidRDefault="006D57F3">
      <w:pPr>
        <w:pStyle w:val="Title"/>
        <w:pBdr>
          <w:bottom w:val="single" w:sz="10" w:space="2" w:color="E5292A"/>
        </w:pBdr>
        <w:spacing w:after="80"/>
      </w:pPr>
      <w:r>
        <w:t>Complete</w:t>
      </w:r>
      <w:r>
        <w:t xml:space="preserve"> + Follow Through</w:t>
      </w:r>
    </w:p>
    <w:p w:rsidR="00EA5B9C" w:rsidRDefault="006D57F3">
      <w:pPr>
        <w:spacing w:after="140" w:line="269" w:lineRule="auto"/>
      </w:pPr>
      <w:r>
        <w:rPr>
          <w:color w:val="555555"/>
        </w:rPr>
        <w:t>Finish accurately, communicate clearly and take ownership until the customer has what was agreed.</w:t>
      </w:r>
    </w:p>
    <w:p w:rsidR="00EA5B9C" w:rsidRPr="00322F13" w:rsidRDefault="006D57F3" w:rsidP="00322F13">
      <w:pPr>
        <w:spacing w:after="40" w:line="360" w:lineRule="auto"/>
        <w:rPr>
          <w:sz w:val="24"/>
          <w:szCs w:val="24"/>
        </w:rPr>
      </w:pPr>
      <w:r w:rsidRPr="00322F13">
        <w:rPr>
          <w:b/>
          <w:color w:val="E5292A"/>
          <w:sz w:val="24"/>
          <w:szCs w:val="24"/>
        </w:rPr>
        <w:t>STORE — COMPLETE THE SALE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Check the final product, option, quantity and price.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Complete payment and explain collection, delivery or any next</w:t>
      </w:r>
      <w:r w:rsidRPr="00322F13">
        <w:rPr>
          <w:sz w:val="24"/>
          <w:szCs w:val="24"/>
        </w:rPr>
        <w:t xml:space="preserve"> step.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Record or pass on any action that still needs to happen.</w:t>
      </w:r>
    </w:p>
    <w:p w:rsidR="00EA5B9C" w:rsidRPr="00322F13" w:rsidRDefault="006D57F3" w:rsidP="00322F13">
      <w:pPr>
        <w:spacing w:before="140" w:after="40" w:line="360" w:lineRule="auto"/>
        <w:rPr>
          <w:sz w:val="24"/>
          <w:szCs w:val="24"/>
        </w:rPr>
      </w:pPr>
      <w:r w:rsidRPr="00322F13">
        <w:rPr>
          <w:b/>
          <w:color w:val="E5292A"/>
          <w:sz w:val="24"/>
          <w:szCs w:val="24"/>
        </w:rPr>
        <w:t>TRADE — PLACE THE AGREED ORDER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Use OMS only once the order details have been agreed.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Add the agreed items and required purchase order or order reference.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Share the cart: Cart icon → three dots</w:t>
      </w:r>
      <w:r w:rsidRPr="00322F13">
        <w:rPr>
          <w:sz w:val="24"/>
          <w:szCs w:val="24"/>
        </w:rPr>
        <w:t xml:space="preserve"> → Share Cart.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36</w:t>
      </w:r>
      <w:r w:rsidRPr="00322F13">
        <w:rPr>
          <w:sz w:val="24"/>
          <w:szCs w:val="24"/>
        </w:rPr>
        <w:t xml:space="preserve"> reviews and confirms the order. Update the customer promptly if anything changes or needs attention.</w:t>
      </w:r>
    </w:p>
    <w:p w:rsidR="00EA5B9C" w:rsidRPr="00322F13" w:rsidRDefault="006D57F3" w:rsidP="00322F13">
      <w:pPr>
        <w:spacing w:before="140" w:after="40" w:line="360" w:lineRule="auto"/>
        <w:rPr>
          <w:sz w:val="24"/>
          <w:szCs w:val="24"/>
        </w:rPr>
      </w:pPr>
      <w:r w:rsidRPr="00322F13">
        <w:rPr>
          <w:b/>
          <w:color w:val="E5292A"/>
          <w:sz w:val="24"/>
          <w:szCs w:val="24"/>
        </w:rPr>
        <w:t>FOLLOW THROUGH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Confirm collection or delivery when promised.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Resolve problems quickly and keep the customer updated.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After delivery, che</w:t>
      </w:r>
      <w:r w:rsidRPr="00322F13">
        <w:rPr>
          <w:sz w:val="24"/>
          <w:szCs w:val="24"/>
        </w:rPr>
        <w:t>ck that everything is right and ask what support or reorder is needed next.</w:t>
      </w:r>
    </w:p>
    <w:p w:rsidR="00EA5B9C" w:rsidRPr="00322F13" w:rsidRDefault="006D57F3" w:rsidP="00322F13">
      <w:pPr>
        <w:pStyle w:val="ListBullet"/>
        <w:spacing w:after="4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If an action remains open, agree who owns it and when the customer will receive an update.</w:t>
      </w:r>
    </w:p>
    <w:p w:rsidR="00EA5B9C" w:rsidRPr="00322F13" w:rsidRDefault="006D57F3" w:rsidP="00322F13">
      <w:pPr>
        <w:pBdr>
          <w:left w:val="single" w:sz="20" w:space="8" w:color="E5292A"/>
        </w:pBdr>
        <w:shd w:val="clear" w:color="auto" w:fill="F2F2F2"/>
        <w:spacing w:before="120" w:after="120" w:line="360" w:lineRule="auto"/>
        <w:ind w:left="173" w:right="173"/>
        <w:rPr>
          <w:i/>
          <w:iCs/>
          <w:sz w:val="24"/>
          <w:szCs w:val="24"/>
        </w:rPr>
      </w:pPr>
      <w:r w:rsidRPr="00322F13">
        <w:rPr>
          <w:b/>
          <w:i/>
          <w:iCs/>
          <w:color w:val="E5292A"/>
          <w:sz w:val="24"/>
          <w:szCs w:val="24"/>
        </w:rPr>
        <w:t>ASK FOR SUPPORT WHEN</w:t>
      </w:r>
      <w:r w:rsidR="00322F13" w:rsidRPr="00322F13">
        <w:rPr>
          <w:b/>
          <w:i/>
          <w:iCs/>
          <w:color w:val="E5292A"/>
          <w:sz w:val="24"/>
          <w:szCs w:val="24"/>
        </w:rPr>
        <w:t>:</w:t>
      </w:r>
      <w:r w:rsidRPr="00322F13">
        <w:rPr>
          <w:b/>
          <w:i/>
          <w:iCs/>
          <w:color w:val="E5292A"/>
          <w:sz w:val="24"/>
          <w:szCs w:val="24"/>
        </w:rPr>
        <w:t xml:space="preserve">  </w:t>
      </w:r>
      <w:r w:rsidRPr="00322F13">
        <w:rPr>
          <w:i/>
          <w:iCs/>
          <w:sz w:val="24"/>
          <w:szCs w:val="24"/>
        </w:rPr>
        <w:t xml:space="preserve">A price or discount is unclear; stock or delivery cannot be </w:t>
      </w:r>
      <w:r w:rsidRPr="00322F13">
        <w:rPr>
          <w:i/>
          <w:iCs/>
          <w:sz w:val="24"/>
          <w:szCs w:val="24"/>
        </w:rPr>
        <w:t>confirmed; there is a complaint, warranty or exception; or the customer asks for something outside your authority.</w:t>
      </w:r>
    </w:p>
    <w:p w:rsidR="00EA5B9C" w:rsidRPr="00322F13" w:rsidRDefault="006D57F3" w:rsidP="00322F13">
      <w:pPr>
        <w:spacing w:before="140" w:line="360" w:lineRule="auto"/>
        <w:rPr>
          <w:sz w:val="24"/>
          <w:szCs w:val="24"/>
        </w:rPr>
      </w:pPr>
      <w:r w:rsidRPr="00322F13">
        <w:rPr>
          <w:b/>
          <w:color w:val="E5292A"/>
          <w:sz w:val="24"/>
          <w:szCs w:val="24"/>
        </w:rPr>
        <w:t>THE STANDARD TO REMEMBER</w:t>
      </w:r>
    </w:p>
    <w:p w:rsidR="00EA5B9C" w:rsidRPr="00322F13" w:rsidRDefault="006D57F3" w:rsidP="00322F13">
      <w:pPr>
        <w:pStyle w:val="ListBullet"/>
        <w:spacing w:after="2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Listen before recommending.</w:t>
      </w:r>
    </w:p>
    <w:p w:rsidR="00EA5B9C" w:rsidRPr="00322F13" w:rsidRDefault="006D57F3" w:rsidP="00322F13">
      <w:pPr>
        <w:pStyle w:val="ListBullet"/>
        <w:spacing w:after="2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Keep FABs relevant to the customer.</w:t>
      </w:r>
    </w:p>
    <w:p w:rsidR="00EA5B9C" w:rsidRPr="00322F13" w:rsidRDefault="006D57F3" w:rsidP="00322F13">
      <w:pPr>
        <w:pStyle w:val="ListBullet"/>
        <w:spacing w:after="2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Confirm details before completing.</w:t>
      </w:r>
    </w:p>
    <w:p w:rsidR="00EA5B9C" w:rsidRPr="00322F13" w:rsidRDefault="006D57F3" w:rsidP="00322F13">
      <w:pPr>
        <w:pStyle w:val="ListBullet"/>
        <w:spacing w:after="2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Never promise unc</w:t>
      </w:r>
      <w:r w:rsidRPr="00322F13">
        <w:rPr>
          <w:sz w:val="24"/>
          <w:szCs w:val="24"/>
        </w:rPr>
        <w:t>onfirmed stock, price or delivery.</w:t>
      </w:r>
    </w:p>
    <w:p w:rsidR="00322F13" w:rsidRPr="00322F13" w:rsidRDefault="006D57F3" w:rsidP="00322F13">
      <w:pPr>
        <w:pStyle w:val="ListBullet"/>
        <w:spacing w:after="20" w:line="360" w:lineRule="auto"/>
        <w:ind w:left="288" w:hanging="230"/>
        <w:rPr>
          <w:sz w:val="24"/>
          <w:szCs w:val="24"/>
        </w:rPr>
      </w:pPr>
      <w:r w:rsidRPr="00322F13">
        <w:rPr>
          <w:sz w:val="24"/>
          <w:szCs w:val="24"/>
        </w:rPr>
        <w:t>Own the next action and follow through.</w:t>
      </w:r>
    </w:p>
    <w:p w:rsidR="00EA5B9C" w:rsidRDefault="00322F13" w:rsidP="00322F13">
      <w:pPr>
        <w:pStyle w:val="ListBullet"/>
        <w:numPr>
          <w:ilvl w:val="0"/>
          <w:numId w:val="0"/>
        </w:numPr>
        <w:spacing w:after="20"/>
        <w:ind w:left="360" w:hanging="360"/>
      </w:pPr>
      <w:r>
        <w:rPr>
          <w:noProof/>
          <w:lang w:bidi="th-TH"/>
        </w:rPr>
        <w:drawing>
          <wp:inline distT="0" distB="0" distL="0" distR="0" wp14:anchorId="73373AA4" wp14:editId="28D19C7E">
            <wp:extent cx="6446520" cy="1009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derwater-strip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5B9C" w:rsidSect="00034616">
      <w:headerReference w:type="default" r:id="rId10"/>
      <w:footerReference w:type="default" r:id="rId11"/>
      <w:pgSz w:w="12240" w:h="15840"/>
      <w:pgMar w:top="835" w:right="1037" w:bottom="835" w:left="103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7F3" w:rsidRDefault="006D57F3">
      <w:pPr>
        <w:spacing w:after="0" w:line="240" w:lineRule="auto"/>
      </w:pPr>
      <w:r>
        <w:separator/>
      </w:r>
    </w:p>
  </w:endnote>
  <w:endnote w:type="continuationSeparator" w:id="0">
    <w:p w:rsidR="006D57F3" w:rsidRDefault="006D5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B9C" w:rsidRDefault="006D57F3">
    <w:pPr>
      <w:pStyle w:val="Footer"/>
      <w:pBdr>
        <w:top w:val="single" w:sz="6" w:space="4" w:color="E5292A"/>
      </w:pBdr>
      <w:jc w:val="right"/>
    </w:pPr>
    <w:r>
      <w:rPr>
        <w:color w:val="555555"/>
        <w:sz w:val="16"/>
      </w:rPr>
      <w:t xml:space="preserve">SALES PROCESS SOP  |  </w:t>
    </w:r>
    <w:r>
      <w:fldChar w:fldCharType="begin"/>
    </w:r>
    <w:r>
      <w:instrText>PAGE</w:instrText>
    </w:r>
    <w:r w:rsidR="00322F13">
      <w:fldChar w:fldCharType="separate"/>
    </w:r>
    <w:r w:rsidR="00322F13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7F3" w:rsidRDefault="006D57F3">
      <w:pPr>
        <w:spacing w:after="0" w:line="240" w:lineRule="auto"/>
      </w:pPr>
      <w:r>
        <w:separator/>
      </w:r>
    </w:p>
  </w:footnote>
  <w:footnote w:type="continuationSeparator" w:id="0">
    <w:p w:rsidR="006D57F3" w:rsidRDefault="006D5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B9C" w:rsidRDefault="006D57F3">
    <w:pPr>
      <w:pStyle w:val="Header"/>
      <w:pBdr>
        <w:bottom w:val="single" w:sz="5" w:space="4" w:color="111111"/>
      </w:pBdr>
      <w:tabs>
        <w:tab w:val="right" w:pos="9576"/>
      </w:tabs>
    </w:pPr>
    <w:r>
      <w:rPr>
        <w:b/>
        <w:color w:val="E5292A"/>
        <w:sz w:val="28"/>
      </w:rPr>
      <w:t>36</w:t>
    </w:r>
    <w:r w:rsidR="00322F13">
      <w:rPr>
        <w:b/>
        <w:color w:val="E5292A"/>
        <w:sz w:val="28"/>
      </w:rPr>
      <w:t>0</w:t>
    </w:r>
    <w:r>
      <w:rPr>
        <w:b/>
        <w:color w:val="E5292A"/>
        <w:sz w:val="28"/>
      </w:rPr>
      <w:t>°</w:t>
    </w:r>
    <w:r>
      <w:rPr>
        <w:b/>
        <w:sz w:val="18"/>
      </w:rPr>
      <w:t xml:space="preserve">  WATERSPORTS THAILAND</w:t>
    </w:r>
    <w:r>
      <w:rPr>
        <w:color w:val="555555"/>
        <w:sz w:val="16"/>
      </w:rPr>
      <w:tab/>
      <w:t>SALES PROCESS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2F13"/>
    <w:rsid w:val="00326F90"/>
    <w:rsid w:val="006D57F3"/>
    <w:rsid w:val="00AA1D8D"/>
    <w:rsid w:val="00B47730"/>
    <w:rsid w:val="00CB0664"/>
    <w:rsid w:val="00EA5B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5C7EE56E-7845-4DDB-98AF-BCCCD3E4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60" w:line="259" w:lineRule="auto"/>
    </w:pPr>
    <w:rPr>
      <w:rFonts w:ascii="Arial" w:hAnsi="Arial"/>
      <w:color w:val="11111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7D78DA-2C42-4591-9687-1FCFA228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360 Watersports Sales Process SOP</vt:lpstr>
    </vt:vector>
  </TitlesOfParts>
  <Manager/>
  <Company/>
  <LinksUpToDate>false</LinksUpToDate>
  <CharactersWithSpaces>5148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360 Watersports Sales Process SOP</dc:title>
  <dc:subject>Store and trade sales process</dc:subject>
  <dc:creator>360 Watersports Thailand</dc:creator>
  <cp:keywords/>
  <dc:description>generated by python-docx</dc:description>
  <cp:lastModifiedBy>Daniel TIGHE</cp:lastModifiedBy>
  <cp:revision>2</cp:revision>
  <dcterms:created xsi:type="dcterms:W3CDTF">2026-09-01T08:00:00Z</dcterms:created>
  <dcterms:modified xsi:type="dcterms:W3CDTF">2026-09-01T08:00:00Z</dcterms:modified>
  <cp:category/>
</cp:coreProperties>
</file>